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המספרים ושברים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את ערך המרווח בין שני מספרים ידועים על ציר המספרים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שברים ומספרים עשרוניים בין 0 ל-1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שבר פשוט למספר עשרוני מקביל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חישוב ערך מרווח ומיקום על הציר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1/4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0.25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2,000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1/2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הכלל הבסיסי של ציר המספרים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המספרים גדלים מימין, לא משמאל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1 חלקי 4 שווה בדיוק 0.25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כשיש 4 מרווחים כל חלק הוא 1/4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השיטה שמוסברת בדוגמה הפתורה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צריך לפחות שני מספרים ידועים כדי לחשב מרווח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2. 0.25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1/5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שבר למספר עשרוני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(0.25)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(0.5)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(0.75)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(0.2)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(0.1)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אם מחלקים את הקטע בין 0 ל-1 ל-4 חלקים שווים, A נמצאת אחרי חלק אחד ולפני 3 חלקים, כך שהמרחק מ-1 גדול פי 3 מהמרחק מ-0.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מחסירים בין שני המספרים כדי לקבל את המרחק הכולל, ואז מחלקים אותו במספר המרווחים.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בוחרים שני מספרים, מחשבים את המרחק ביניהם, מחלקים במספר המרווחים, ומציינים את המספר בכל קו בהתאם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מחלקים את המרחק הכולל במספר המרווחים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0.25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לצייר ציר מספרים על הלוח ולתרגל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לכתוב את ערך כל מרווח מעל הקו לפני שעונים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להזכיר שהשבר הוא תמיד המונה חלקי המכנה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המספרים ושברים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קריאת ציר מספרים, חישוב גודל המרווחים בין קווים, והקשר בין שברים למספרים עשרוניים.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חישוב ערך מרווח ומיקום על הציר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בין 0 ל-100 יש 5 מרווחים שווים. כמה שווה כל מרווח?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בין 200 ל-300 יש 5 מרווחים שווים. מה המספר בקו השני (אחרי 2 מרווחים)?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בין 1,000 ל-2,000 יש 5 מרווחים שווים. כמה שווה כל מרווח?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קטע בין 0 ל-1 מחולק ל-4 חלקים שווים. כמה שווה חלק אחד כשבר?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1/3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1/5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שווה השבר 1/4 כמספר עשרוני?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0.4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0.25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0.14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1.4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בין 0 ל-10,000 יש 5 מרווחים שווים. כמה שווה כל מרווח?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שבר גדול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1/5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1/10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 המספרים כל המרווחים שווים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שמתקדמים שמאלה על הציר, המספרים גדלים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השבר 1/4 שווה למספר העשרוני 0.25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בין 0 ל-1 יש 4 מרווחים שווים, כל מרווח הוא 1/3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לחשב כמה שווה כל מרווח, מחלקים את המרחק הכולל במספר המרווחים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לחשב מרווח בלי לדעת שני מספרים על הציר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בין 300 ל-400 יש 5 מרווחים שווים. כל מרווח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השבר 1/4 שווה למספר העשרוני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בין 0 ל-1,000 יש 10 מרווחים שווים. כל מרווח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המספרים על ציר המספרים גדלים מ__________ לימין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לחשב כמה שווה כל מרווח, מחלקים את ה__________ במספר המרווחים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אם קטע בין 0 ל-1 מחולק ל-5 חלקים שווים, כל חלק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שבר למספר עשרוני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1/4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0.2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1/2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0.75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3/4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0.1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1/5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0.5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1/10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0.25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נקודה A נמצאת בין 0 ל-1. המרחק שלה מ-1 גדול פי 3 מהמרחק שלה מ-0. הסבירו למה A שווה ל-1/4.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איך מוצאים את ערך המרווח כשיודעים שני מספרים על הציר ומספר המרווחים ביניהם.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מספרים על ציר המספרים (למשל 500 ו-1,000), החליטו כמה מרווחים יש ביניהם, וחשבו מה המספר בכל קו. כתבו את החישוב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כמה שווה כל מרווח בציר המספרים?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שווה השבר 1/4 כמספר עשרוני?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לאיזה כיוון גדלים המספרים על ציר המספרים?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המספרים ושברים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